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37C7A" w14:textId="4EECF7EA" w:rsidR="00301B4D" w:rsidRDefault="008F6569" w:rsidP="002D7928">
      <w:pPr>
        <w:pStyle w:val="Nagwek1"/>
        <w:jc w:val="center"/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72EE037D" wp14:editId="36230ABF">
            <wp:simplePos x="0" y="0"/>
            <wp:positionH relativeFrom="column">
              <wp:posOffset>-2141855</wp:posOffset>
            </wp:positionH>
            <wp:positionV relativeFrom="paragraph">
              <wp:posOffset>-2944170</wp:posOffset>
            </wp:positionV>
            <wp:extent cx="4516812" cy="6507126"/>
            <wp:effectExtent l="0" t="0" r="0" b="0"/>
            <wp:wrapNone/>
            <wp:docPr id="8770959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12" cy="65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E42">
        <w:rPr>
          <w:noProof/>
        </w:rPr>
        <w:drawing>
          <wp:anchor distT="0" distB="0" distL="114300" distR="114300" simplePos="0" relativeHeight="251657728" behindDoc="1" locked="0" layoutInCell="1" allowOverlap="1" wp14:anchorId="7C679592" wp14:editId="5672AEAB">
            <wp:simplePos x="0" y="0"/>
            <wp:positionH relativeFrom="column">
              <wp:posOffset>4044197</wp:posOffset>
            </wp:positionH>
            <wp:positionV relativeFrom="paragraph">
              <wp:posOffset>-1518492</wp:posOffset>
            </wp:positionV>
            <wp:extent cx="2773819" cy="3924300"/>
            <wp:effectExtent l="0" t="0" r="0" b="0"/>
            <wp:wrapNone/>
            <wp:docPr id="14390387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19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REGULAMIN KONKURSU PLASTYCZNEGO</w:t>
      </w:r>
    </w:p>
    <w:p w14:paraId="799B0E89" w14:textId="3DECCC09" w:rsidR="00301B4D" w:rsidRDefault="00000000" w:rsidP="002D7928">
      <w:pPr>
        <w:pStyle w:val="Nagwek2"/>
        <w:jc w:val="center"/>
      </w:pPr>
      <w:r>
        <w:t>„</w:t>
      </w:r>
      <w:bookmarkStart w:id="0" w:name="_Hlk183601983"/>
      <w:r w:rsidR="006059BD">
        <w:t xml:space="preserve"> </w:t>
      </w:r>
      <w:r w:rsidR="006E3174">
        <w:t>MOJA – WĘDKARSKA PRZYGODA</w:t>
      </w:r>
      <w:bookmarkEnd w:id="0"/>
      <w:r w:rsidR="006059BD">
        <w:t xml:space="preserve"> </w:t>
      </w:r>
      <w:r>
        <w:t>”</w:t>
      </w:r>
    </w:p>
    <w:p w14:paraId="4C89A324" w14:textId="77777777" w:rsidR="00301B4D" w:rsidRDefault="00000000" w:rsidP="002D7928">
      <w:pPr>
        <w:pStyle w:val="Nagwek3"/>
        <w:jc w:val="center"/>
      </w:pPr>
      <w:r>
        <w:t>I. ORGANIZATOR KONKURSU</w:t>
      </w:r>
    </w:p>
    <w:p w14:paraId="57448234" w14:textId="673BCB7A" w:rsidR="00301B4D" w:rsidRDefault="00000000" w:rsidP="002D7928">
      <w:r>
        <w:t>1. Organizatorem Konkursu jest Miejsko-Gminne Koło Wędkarskie Nr 10 w Górze Kalwarii, ul. Ratuszowa 1, 05-530 Góra Kalwaria, zwane dalej „Organizatorem”.</w:t>
      </w:r>
      <w:r>
        <w:br/>
        <w:t xml:space="preserve">2. </w:t>
      </w:r>
      <w:proofErr w:type="spellStart"/>
      <w:r>
        <w:t>Osobą</w:t>
      </w:r>
      <w:proofErr w:type="spellEnd"/>
      <w:r>
        <w:t xml:space="preserve"> </w:t>
      </w:r>
      <w:proofErr w:type="spellStart"/>
      <w:r>
        <w:t>upoważnioną</w:t>
      </w:r>
      <w:proofErr w:type="spellEnd"/>
      <w:r>
        <w:t xml:space="preserve"> do </w:t>
      </w:r>
      <w:proofErr w:type="spellStart"/>
      <w:r>
        <w:t>udzielania</w:t>
      </w:r>
      <w:proofErr w:type="spellEnd"/>
      <w:r>
        <w:t xml:space="preserve"> </w:t>
      </w:r>
      <w:proofErr w:type="spellStart"/>
      <w:r>
        <w:t>informacji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temat</w:t>
      </w:r>
      <w:proofErr w:type="spellEnd"/>
      <w:r>
        <w:t xml:space="preserve"> </w:t>
      </w:r>
      <w:proofErr w:type="spellStart"/>
      <w:r>
        <w:t>Konkursu</w:t>
      </w:r>
      <w:proofErr w:type="spellEnd"/>
      <w:r>
        <w:t xml:space="preserve"> jest: </w:t>
      </w:r>
      <w:r w:rsidR="00FE564C">
        <w:t>Pan Adrian Szywała</w:t>
      </w:r>
      <w:r>
        <w:t xml:space="preserve">, </w:t>
      </w:r>
      <w:r w:rsidR="00FE564C">
        <w:t>(</w:t>
      </w:r>
      <w:r>
        <w:t xml:space="preserve">tel. </w:t>
      </w:r>
      <w:r w:rsidR="00FE564C">
        <w:t xml:space="preserve">731 213 816) </w:t>
      </w:r>
      <w:proofErr w:type="spellStart"/>
      <w:r w:rsidR="00FE564C">
        <w:t>oraz</w:t>
      </w:r>
      <w:proofErr w:type="spellEnd"/>
      <w:r w:rsidR="00FE564C">
        <w:t xml:space="preserve"> Pan </w:t>
      </w:r>
      <w:proofErr w:type="spellStart"/>
      <w:r w:rsidR="00FE564C">
        <w:t>Jarosław</w:t>
      </w:r>
      <w:proofErr w:type="spellEnd"/>
      <w:r w:rsidR="00FE564C">
        <w:t xml:space="preserve"> </w:t>
      </w:r>
      <w:proofErr w:type="spellStart"/>
      <w:r w:rsidR="00FE564C">
        <w:t>Wieprzyński</w:t>
      </w:r>
      <w:proofErr w:type="spellEnd"/>
      <w:r w:rsidR="00FE564C">
        <w:t xml:space="preserve"> (tel. 693 178 417) </w:t>
      </w:r>
      <w:r>
        <w:br/>
        <w:t>3. Konkurs finansowany jest ze środków Miejsko-Gminnego Koła Wędkarskiego Nr 10 w Górze Kalwarii.</w:t>
      </w:r>
    </w:p>
    <w:p w14:paraId="7A43F4D5" w14:textId="77777777" w:rsidR="00301B4D" w:rsidRDefault="00000000" w:rsidP="002D7928">
      <w:pPr>
        <w:pStyle w:val="Nagwek3"/>
        <w:jc w:val="center"/>
      </w:pPr>
      <w:r>
        <w:t>II. CEL KONKURSU</w:t>
      </w:r>
    </w:p>
    <w:p w14:paraId="1C147775" w14:textId="77777777" w:rsidR="00301B4D" w:rsidRDefault="00000000" w:rsidP="002D7928">
      <w:r>
        <w:t>1. Propagowanie etyki wędkarskiej i szacunku do przyrody wśród dzieci i młodzieży.</w:t>
      </w:r>
      <w:r>
        <w:br/>
        <w:t>2. Promowanie wędkarstwa jako formy aktywności i budowanie więzi z naturą.</w:t>
      </w:r>
      <w:r>
        <w:br/>
        <w:t>3. Umożliwienie uczestnikom zaprezentowania ich talentów artystycznych.</w:t>
      </w:r>
    </w:p>
    <w:p w14:paraId="58378284" w14:textId="77777777" w:rsidR="00301B4D" w:rsidRDefault="00000000" w:rsidP="002D7928">
      <w:pPr>
        <w:pStyle w:val="Nagwek3"/>
        <w:jc w:val="center"/>
      </w:pPr>
      <w:r>
        <w:t>III. UCZESTNICY KONKURSU</w:t>
      </w:r>
    </w:p>
    <w:p w14:paraId="6496F8F0" w14:textId="77777777" w:rsidR="00301B4D" w:rsidRDefault="00000000" w:rsidP="002D7928">
      <w:r>
        <w:t>1. Konkurs skierowany jest do dzieci i młodzieży w dwóch kategoriach wiekowych:</w:t>
      </w:r>
      <w:r>
        <w:br/>
        <w:t xml:space="preserve">   - dzieci do lat 10,</w:t>
      </w:r>
      <w:r>
        <w:br/>
        <w:t xml:space="preserve">   - młodzież w wieku od 11 do 16 lat.</w:t>
      </w:r>
      <w:r>
        <w:br/>
        <w:t>2. Każdy uczestnik może zgłosić tylko jedną pracę.</w:t>
      </w:r>
    </w:p>
    <w:p w14:paraId="0ED8FA1D" w14:textId="77777777" w:rsidR="00301B4D" w:rsidRDefault="00000000" w:rsidP="002D7928">
      <w:pPr>
        <w:pStyle w:val="Nagwek3"/>
        <w:jc w:val="center"/>
      </w:pPr>
      <w:r>
        <w:t>IV. ZASADY KONKURSU</w:t>
      </w:r>
    </w:p>
    <w:p w14:paraId="34FFE5BB" w14:textId="3F433427" w:rsidR="00301B4D" w:rsidRDefault="00000000" w:rsidP="002D7928">
      <w:r>
        <w:t xml:space="preserve">1. </w:t>
      </w:r>
      <w:proofErr w:type="spellStart"/>
      <w:r>
        <w:t>Tematem</w:t>
      </w:r>
      <w:proofErr w:type="spellEnd"/>
      <w:r>
        <w:t xml:space="preserve"> </w:t>
      </w:r>
      <w:proofErr w:type="spellStart"/>
      <w:r>
        <w:t>Konkursu</w:t>
      </w:r>
      <w:proofErr w:type="spellEnd"/>
      <w:r>
        <w:t xml:space="preserve"> jest „</w:t>
      </w:r>
      <w:r w:rsidR="006E3174" w:rsidRPr="006E3174">
        <w:t xml:space="preserve"> MOJA – WĘDKARSKA PRZYGODA</w:t>
      </w:r>
      <w:r w:rsidR="006059BD">
        <w:t xml:space="preserve"> </w:t>
      </w:r>
      <w:r>
        <w:t xml:space="preserve">”,  </w:t>
      </w:r>
      <w:proofErr w:type="spellStart"/>
      <w:r>
        <w:t>zgłaszane</w:t>
      </w:r>
      <w:proofErr w:type="spellEnd"/>
      <w:r>
        <w:t xml:space="preserve"> </w:t>
      </w:r>
      <w:proofErr w:type="spellStart"/>
      <w:r>
        <w:t>prace</w:t>
      </w:r>
      <w:proofErr w:type="spellEnd"/>
      <w:r>
        <w:t xml:space="preserve"> </w:t>
      </w:r>
      <w:proofErr w:type="spellStart"/>
      <w:r>
        <w:t>powinny</w:t>
      </w:r>
      <w:proofErr w:type="spellEnd"/>
      <w:r>
        <w:t xml:space="preserve"> </w:t>
      </w:r>
      <w:proofErr w:type="spellStart"/>
      <w:r>
        <w:t>nawiązywać</w:t>
      </w:r>
      <w:proofErr w:type="spellEnd"/>
      <w:r>
        <w:t xml:space="preserve"> do:</w:t>
      </w:r>
      <w:r>
        <w:br/>
        <w:t xml:space="preserve">   - </w:t>
      </w:r>
      <w:proofErr w:type="spellStart"/>
      <w:r>
        <w:t>ryb</w:t>
      </w:r>
      <w:proofErr w:type="spellEnd"/>
      <w:r>
        <w:t xml:space="preserve"> </w:t>
      </w:r>
      <w:proofErr w:type="spellStart"/>
      <w:r>
        <w:t>słodkowodnych</w:t>
      </w:r>
      <w:proofErr w:type="spellEnd"/>
      <w:r>
        <w:t>,</w:t>
      </w:r>
      <w:r>
        <w:br/>
        <w:t xml:space="preserve">   - </w:t>
      </w:r>
      <w:proofErr w:type="spellStart"/>
      <w:r>
        <w:t>przygód</w:t>
      </w:r>
      <w:proofErr w:type="spellEnd"/>
      <w:r>
        <w:t xml:space="preserve"> wędkarskich,</w:t>
      </w:r>
      <w:r>
        <w:br/>
        <w:t xml:space="preserve">   - roślin i zwierząt wodnych w ich naturalnym środowisku,</w:t>
      </w:r>
      <w:r>
        <w:br/>
        <w:t xml:space="preserve">   - scenek o tematyce wędkarskiej.</w:t>
      </w:r>
      <w:r>
        <w:br/>
        <w:t xml:space="preserve">2. </w:t>
      </w:r>
      <w:proofErr w:type="spellStart"/>
      <w:r w:rsidR="00B42CA2">
        <w:t>Praca</w:t>
      </w:r>
      <w:proofErr w:type="spellEnd"/>
      <w:r w:rsidR="00B42CA2">
        <w:t xml:space="preserve"> </w:t>
      </w:r>
      <w:proofErr w:type="spellStart"/>
      <w:r w:rsidR="00B42CA2">
        <w:t>plastyczna</w:t>
      </w:r>
      <w:proofErr w:type="spellEnd"/>
      <w:r w:rsidR="00813926">
        <w:t xml:space="preserve"> (</w:t>
      </w:r>
      <w:proofErr w:type="spellStart"/>
      <w:r w:rsidR="00813926">
        <w:t>płaska</w:t>
      </w:r>
      <w:proofErr w:type="spellEnd"/>
      <w:r w:rsidR="00813926">
        <w:t>, 2D)</w:t>
      </w:r>
      <w:r w:rsidR="00B42CA2">
        <w:t xml:space="preserve"> </w:t>
      </w:r>
      <w:proofErr w:type="spellStart"/>
      <w:r w:rsidR="00B42CA2">
        <w:t>wykonana</w:t>
      </w:r>
      <w:proofErr w:type="spellEnd"/>
      <w:r w:rsidR="00B42CA2">
        <w:t xml:space="preserve"> </w:t>
      </w:r>
      <w:proofErr w:type="spellStart"/>
      <w:r w:rsidR="00B42CA2">
        <w:t>t</w:t>
      </w:r>
      <w:r>
        <w:t>echnika</w:t>
      </w:r>
      <w:proofErr w:type="spellEnd"/>
      <w:r>
        <w:t xml:space="preserve"> </w:t>
      </w:r>
      <w:proofErr w:type="spellStart"/>
      <w:r>
        <w:t>dowoln</w:t>
      </w:r>
      <w:r w:rsidR="00B42CA2">
        <w:t>ą</w:t>
      </w:r>
      <w:proofErr w:type="spellEnd"/>
      <w:r>
        <w:t xml:space="preserve"> (</w:t>
      </w:r>
      <w:proofErr w:type="spellStart"/>
      <w:r>
        <w:t>rysunek</w:t>
      </w:r>
      <w:proofErr w:type="spellEnd"/>
      <w:r>
        <w:t xml:space="preserve">, </w:t>
      </w:r>
      <w:proofErr w:type="spellStart"/>
      <w:r>
        <w:t>malarstwo</w:t>
      </w:r>
      <w:proofErr w:type="spellEnd"/>
      <w:r>
        <w:t xml:space="preserve">, </w:t>
      </w:r>
      <w:proofErr w:type="spellStart"/>
      <w:r>
        <w:t>kolaż</w:t>
      </w:r>
      <w:proofErr w:type="spellEnd"/>
      <w:r>
        <w:t xml:space="preserve">, </w:t>
      </w:r>
      <w:proofErr w:type="spellStart"/>
      <w:r>
        <w:t>itp</w:t>
      </w:r>
      <w:proofErr w:type="spellEnd"/>
      <w:r>
        <w:t>.).</w:t>
      </w:r>
      <w:r>
        <w:br/>
        <w:t>3. Format pracy: maksymalnie A3.</w:t>
      </w:r>
      <w:r>
        <w:br/>
        <w:t xml:space="preserve">4. </w:t>
      </w:r>
      <w:proofErr w:type="spellStart"/>
      <w:r>
        <w:t>Prace</w:t>
      </w:r>
      <w:proofErr w:type="spellEnd"/>
      <w:r>
        <w:t xml:space="preserve"> </w:t>
      </w:r>
      <w:proofErr w:type="spellStart"/>
      <w:r>
        <w:t>muszą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podpisane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odwrocie</w:t>
      </w:r>
      <w:proofErr w:type="spellEnd"/>
      <w:r>
        <w:t xml:space="preserve"> </w:t>
      </w:r>
      <w:r w:rsidR="00FE564C">
        <w:t>(</w:t>
      </w:r>
      <w:proofErr w:type="spellStart"/>
      <w:r>
        <w:t>imię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nazwisko</w:t>
      </w:r>
      <w:proofErr w:type="spellEnd"/>
      <w:r>
        <w:t xml:space="preserve"> </w:t>
      </w:r>
      <w:proofErr w:type="spellStart"/>
      <w:r>
        <w:t>autora</w:t>
      </w:r>
      <w:proofErr w:type="spellEnd"/>
      <w:r w:rsidR="00FE564C">
        <w:t xml:space="preserve"> )</w:t>
      </w:r>
    </w:p>
    <w:p w14:paraId="581CFD71" w14:textId="77777777" w:rsidR="00301B4D" w:rsidRDefault="00000000" w:rsidP="002D7928">
      <w:pPr>
        <w:pStyle w:val="Nagwek3"/>
        <w:jc w:val="center"/>
      </w:pPr>
      <w:r>
        <w:t>V. TERMINY</w:t>
      </w:r>
    </w:p>
    <w:p w14:paraId="201E9C53" w14:textId="21762F42" w:rsidR="00FE564C" w:rsidRDefault="00000000" w:rsidP="00FE564C">
      <w:r>
        <w:t xml:space="preserve">1. </w:t>
      </w:r>
      <w:proofErr w:type="spellStart"/>
      <w:r>
        <w:t>Prace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dostarczyć</w:t>
      </w:r>
      <w:proofErr w:type="spellEnd"/>
      <w:r>
        <w:t xml:space="preserve"> do </w:t>
      </w:r>
      <w:proofErr w:type="spellStart"/>
      <w:r>
        <w:t>dnia</w:t>
      </w:r>
      <w:proofErr w:type="spellEnd"/>
      <w:r>
        <w:t xml:space="preserve"> </w:t>
      </w:r>
      <w:r w:rsidR="00FE564C">
        <w:t>0</w:t>
      </w:r>
      <w:r w:rsidR="00AA0073">
        <w:t>5</w:t>
      </w:r>
      <w:r w:rsidR="00FE564C">
        <w:t>.12.2024</w:t>
      </w:r>
      <w:r>
        <w:t xml:space="preserve">, </w:t>
      </w:r>
      <w:r w:rsidR="002D7928">
        <w:t xml:space="preserve">do Pana Adriana </w:t>
      </w:r>
      <w:proofErr w:type="spellStart"/>
      <w:r w:rsidR="002D7928">
        <w:t>Szywały</w:t>
      </w:r>
      <w:proofErr w:type="spellEnd"/>
      <w:r w:rsidR="002D7928">
        <w:t xml:space="preserve"> (tel. 731 213 816) </w:t>
      </w:r>
      <w:proofErr w:type="spellStart"/>
      <w:r w:rsidR="002D7928">
        <w:t>lub</w:t>
      </w:r>
      <w:proofErr w:type="spellEnd"/>
      <w:r w:rsidR="002D7928">
        <w:t xml:space="preserve"> Pana </w:t>
      </w:r>
      <w:proofErr w:type="spellStart"/>
      <w:r w:rsidR="002D7928">
        <w:t>Jarosława</w:t>
      </w:r>
      <w:proofErr w:type="spellEnd"/>
      <w:r w:rsidR="002D7928">
        <w:t xml:space="preserve"> </w:t>
      </w:r>
      <w:proofErr w:type="spellStart"/>
      <w:r w:rsidR="002D7928">
        <w:t>Wieprzyńskiego</w:t>
      </w:r>
      <w:proofErr w:type="spellEnd"/>
      <w:r w:rsidR="002D7928">
        <w:t xml:space="preserve"> (tel. 693 178 417)</w:t>
      </w:r>
      <w:r>
        <w:br/>
        <w:t xml:space="preserve">2. </w:t>
      </w:r>
      <w:proofErr w:type="spellStart"/>
      <w:r>
        <w:t>Konkurs</w:t>
      </w:r>
      <w:proofErr w:type="spellEnd"/>
      <w:r>
        <w:t xml:space="preserve"> </w:t>
      </w:r>
      <w:proofErr w:type="spellStart"/>
      <w:r>
        <w:t>trwa</w:t>
      </w:r>
      <w:proofErr w:type="spellEnd"/>
      <w:r>
        <w:t xml:space="preserve"> od </w:t>
      </w:r>
      <w:r w:rsidR="00FE564C">
        <w:t>2</w:t>
      </w:r>
      <w:r w:rsidR="005E31B5">
        <w:t>8</w:t>
      </w:r>
      <w:r w:rsidR="00FE564C">
        <w:t>.11.2024</w:t>
      </w:r>
      <w:r>
        <w:t xml:space="preserve"> do </w:t>
      </w:r>
      <w:r w:rsidR="00FE564C">
        <w:t>0</w:t>
      </w:r>
      <w:r w:rsidR="00AA0073">
        <w:t>5</w:t>
      </w:r>
      <w:r w:rsidR="00FE564C">
        <w:t>.12.2024</w:t>
      </w:r>
      <w:r>
        <w:t>.</w:t>
      </w:r>
    </w:p>
    <w:p w14:paraId="4EED55A2" w14:textId="77777777" w:rsidR="00FE564C" w:rsidRDefault="00FE564C" w:rsidP="002D7928">
      <w:pPr>
        <w:pStyle w:val="Nagwek3"/>
        <w:jc w:val="center"/>
      </w:pPr>
    </w:p>
    <w:p w14:paraId="38CC2E8B" w14:textId="65E64B8D" w:rsidR="00301B4D" w:rsidRDefault="00000000" w:rsidP="002D7928">
      <w:pPr>
        <w:pStyle w:val="Nagwek3"/>
        <w:jc w:val="center"/>
      </w:pPr>
      <w:r>
        <w:t>VI. OCENA PRAC I GŁOSOWANIE</w:t>
      </w:r>
    </w:p>
    <w:p w14:paraId="3FDA8D8B" w14:textId="2D0AABBC" w:rsidR="00B42CA2" w:rsidRDefault="00000000" w:rsidP="002D7928">
      <w:r>
        <w:br/>
      </w:r>
      <w:r w:rsidR="00FE564C">
        <w:t>1</w:t>
      </w:r>
      <w:r>
        <w:t xml:space="preserve">. </w:t>
      </w:r>
      <w:proofErr w:type="spellStart"/>
      <w:r w:rsidR="00FE564C">
        <w:t>G</w:t>
      </w:r>
      <w:r>
        <w:t>łosowanie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najlepsze</w:t>
      </w:r>
      <w:proofErr w:type="spellEnd"/>
      <w:r>
        <w:t xml:space="preserve"> </w:t>
      </w:r>
      <w:proofErr w:type="spellStart"/>
      <w:r>
        <w:t>prace</w:t>
      </w:r>
      <w:proofErr w:type="spellEnd"/>
      <w:r>
        <w:t xml:space="preserve"> odbędzie się na fanpage’u Koła na Facebooku, za pośrednictwem reakcji użytkowników (np. polubień, serduszek). </w:t>
      </w:r>
      <w:proofErr w:type="spellStart"/>
      <w:r>
        <w:t>Głosowanie</w:t>
      </w:r>
      <w:proofErr w:type="spellEnd"/>
      <w:r>
        <w:t xml:space="preserve"> online </w:t>
      </w:r>
      <w:proofErr w:type="spellStart"/>
      <w:r>
        <w:t>potrwa</w:t>
      </w:r>
      <w:proofErr w:type="spellEnd"/>
      <w:r>
        <w:t xml:space="preserve"> od [</w:t>
      </w:r>
      <w:r w:rsidR="00FE564C">
        <w:t>0</w:t>
      </w:r>
      <w:r w:rsidR="00AA0073">
        <w:t>6</w:t>
      </w:r>
      <w:r w:rsidR="00FE564C">
        <w:t>.12.2024</w:t>
      </w:r>
      <w:r w:rsidR="00B42CA2">
        <w:t xml:space="preserve"> od </w:t>
      </w:r>
      <w:proofErr w:type="spellStart"/>
      <w:r w:rsidR="00B42CA2">
        <w:t>godziny</w:t>
      </w:r>
      <w:proofErr w:type="spellEnd"/>
      <w:r w:rsidR="00B42CA2">
        <w:t xml:space="preserve"> </w:t>
      </w:r>
      <w:r w:rsidR="00AA0073">
        <w:t>18</w:t>
      </w:r>
      <w:r w:rsidR="00B42CA2">
        <w:t>:00</w:t>
      </w:r>
      <w:r>
        <w:t>] do [</w:t>
      </w:r>
      <w:r w:rsidR="00AA0073">
        <w:t>08.</w:t>
      </w:r>
      <w:r w:rsidR="00FE564C">
        <w:t>12.2024</w:t>
      </w:r>
      <w:r w:rsidR="00B42CA2">
        <w:t xml:space="preserve"> do </w:t>
      </w:r>
      <w:proofErr w:type="spellStart"/>
      <w:r w:rsidR="00B42CA2">
        <w:t>godziny</w:t>
      </w:r>
      <w:proofErr w:type="spellEnd"/>
      <w:r w:rsidR="00B42CA2">
        <w:t xml:space="preserve"> </w:t>
      </w:r>
      <w:r w:rsidR="00AA0073">
        <w:t>18</w:t>
      </w:r>
      <w:r w:rsidR="00B42CA2">
        <w:t>:00</w:t>
      </w:r>
      <w:r>
        <w:t>].</w:t>
      </w:r>
    </w:p>
    <w:p w14:paraId="0C226B3B" w14:textId="4E1612C2" w:rsidR="00301B4D" w:rsidRDefault="00000000" w:rsidP="002D7928">
      <w:r>
        <w:br/>
      </w:r>
      <w:r w:rsidR="00B42CA2">
        <w:t>2</w:t>
      </w:r>
      <w:r>
        <w:t>. Ogłoszenie wyników i wręczenie nagród odbędzie się podczas następnych zajęć szkółki wędkarskiej, o czym uczestnicy zostaną poinformowani z wyprzedzeniem.</w:t>
      </w:r>
    </w:p>
    <w:p w14:paraId="1F787D05" w14:textId="77777777" w:rsidR="00301B4D" w:rsidRDefault="00000000" w:rsidP="002D7928">
      <w:pPr>
        <w:pStyle w:val="Nagwek3"/>
        <w:jc w:val="center"/>
      </w:pPr>
      <w:r>
        <w:t>VII. NAGRODY</w:t>
      </w:r>
    </w:p>
    <w:p w14:paraId="6C60E056" w14:textId="12C9F54E" w:rsidR="00301B4D" w:rsidRDefault="00000000" w:rsidP="002D7928">
      <w:r>
        <w:t>1. Organizator przewiduje nagrody w dwóch kategoriach wiekowych:</w:t>
      </w:r>
      <w:r>
        <w:br/>
        <w:t xml:space="preserve">   - dzieci do lat 10,</w:t>
      </w:r>
      <w:r>
        <w:br/>
        <w:t xml:space="preserve">   - młodzież w wieku od 11 do 16 lat.</w:t>
      </w:r>
      <w:r>
        <w:br/>
        <w:t xml:space="preserve">2. </w:t>
      </w:r>
      <w:proofErr w:type="spellStart"/>
      <w:r>
        <w:t>Laureaci</w:t>
      </w:r>
      <w:proofErr w:type="spellEnd"/>
      <w:r>
        <w:t xml:space="preserve"> </w:t>
      </w:r>
      <w:proofErr w:type="spellStart"/>
      <w:r>
        <w:t>otrzymają</w:t>
      </w:r>
      <w:proofErr w:type="spellEnd"/>
      <w:r>
        <w:t xml:space="preserve"> </w:t>
      </w:r>
      <w:proofErr w:type="spellStart"/>
      <w:r>
        <w:t>nagrody</w:t>
      </w:r>
      <w:proofErr w:type="spellEnd"/>
      <w:r>
        <w:t xml:space="preserve"> </w:t>
      </w:r>
      <w:proofErr w:type="spellStart"/>
      <w:r>
        <w:t>rzeczowe</w:t>
      </w:r>
      <w:proofErr w:type="spellEnd"/>
      <w:r w:rsidR="00055E97">
        <w:t xml:space="preserve"> </w:t>
      </w:r>
    </w:p>
    <w:p w14:paraId="5B8B33EF" w14:textId="77777777" w:rsidR="00301B4D" w:rsidRDefault="00000000" w:rsidP="002D7928">
      <w:pPr>
        <w:pStyle w:val="Nagwek3"/>
        <w:jc w:val="center"/>
      </w:pPr>
      <w:r>
        <w:t>VIII. ZGODA NA UDZIAŁ I RODO</w:t>
      </w:r>
    </w:p>
    <w:p w14:paraId="065438DC" w14:textId="41A0B371" w:rsidR="00301B4D" w:rsidRDefault="00000000" w:rsidP="002D7928">
      <w:r>
        <w:t xml:space="preserve">1. Warunkiem udziału w Konkursie jest dostarczenie pracy wraz z </w:t>
      </w:r>
      <w:proofErr w:type="spellStart"/>
      <w:r>
        <w:t>pisemnym</w:t>
      </w:r>
      <w:proofErr w:type="spellEnd"/>
      <w:r>
        <w:t xml:space="preserve"> </w:t>
      </w:r>
      <w:proofErr w:type="spellStart"/>
      <w:r>
        <w:t>oświadczeniem</w:t>
      </w:r>
      <w:proofErr w:type="spellEnd"/>
      <w:r>
        <w:t xml:space="preserve"> </w:t>
      </w:r>
      <w:proofErr w:type="spellStart"/>
      <w:r>
        <w:t>uczestnika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,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niepełnoletnich</w:t>
      </w:r>
      <w:proofErr w:type="spellEnd"/>
      <w:r>
        <w:t xml:space="preserve">, </w:t>
      </w:r>
      <w:proofErr w:type="spellStart"/>
      <w:r>
        <w:t>zgodą</w:t>
      </w:r>
      <w:proofErr w:type="spellEnd"/>
      <w:r>
        <w:t xml:space="preserve"> </w:t>
      </w:r>
      <w:proofErr w:type="spellStart"/>
      <w:r>
        <w:t>rodzica</w:t>
      </w:r>
      <w:proofErr w:type="spellEnd"/>
      <w:r>
        <w:t>/</w:t>
      </w:r>
      <w:proofErr w:type="spellStart"/>
      <w:r>
        <w:t>opiekuna</w:t>
      </w:r>
      <w:proofErr w:type="spellEnd"/>
      <w:r>
        <w:t xml:space="preserve"> </w:t>
      </w:r>
      <w:proofErr w:type="spellStart"/>
      <w:r>
        <w:t>prawnego</w:t>
      </w:r>
      <w:proofErr w:type="spellEnd"/>
      <w:r>
        <w:t xml:space="preserve">, </w:t>
      </w:r>
      <w:proofErr w:type="spellStart"/>
      <w:r>
        <w:t>zawierającą</w:t>
      </w:r>
      <w:proofErr w:type="spellEnd"/>
      <w:r w:rsidR="005E31B5">
        <w:t xml:space="preserve"> (</w:t>
      </w:r>
      <w:proofErr w:type="spellStart"/>
      <w:r w:rsidR="005E31B5">
        <w:t>załącznik</w:t>
      </w:r>
      <w:proofErr w:type="spellEnd"/>
      <w:r w:rsidR="005E31B5">
        <w:t xml:space="preserve"> 1)</w:t>
      </w:r>
      <w:r>
        <w:t>:</w:t>
      </w:r>
      <w:r>
        <w:br/>
        <w:t xml:space="preserve">   - </w:t>
      </w:r>
      <w:proofErr w:type="spellStart"/>
      <w:r>
        <w:t>akceptację</w:t>
      </w:r>
      <w:proofErr w:type="spellEnd"/>
      <w:r>
        <w:t xml:space="preserve"> </w:t>
      </w:r>
      <w:proofErr w:type="spellStart"/>
      <w:r>
        <w:t>Regulaminu</w:t>
      </w:r>
      <w:proofErr w:type="spellEnd"/>
      <w:r>
        <w:t>,</w:t>
      </w:r>
      <w:r>
        <w:br/>
        <w:t xml:space="preserve">   - </w:t>
      </w:r>
      <w:proofErr w:type="spellStart"/>
      <w:r>
        <w:t>oświadczenie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praca</w:t>
      </w:r>
      <w:proofErr w:type="spellEnd"/>
      <w:r>
        <w:t xml:space="preserve"> jest </w:t>
      </w:r>
      <w:proofErr w:type="spellStart"/>
      <w:r>
        <w:t>wykonana</w:t>
      </w:r>
      <w:proofErr w:type="spellEnd"/>
      <w:r>
        <w:t xml:space="preserve"> samodzielnie i nie narusza praw autorskich osób trzecich,</w:t>
      </w:r>
      <w:r>
        <w:br/>
        <w:t xml:space="preserve">   - zgodę na przetwarzanie danych osobowych przez Organizatora w celu realizacji Konkursu (zgodnie z art. 6 ust. 1 lit. a RODO),</w:t>
      </w:r>
      <w:r>
        <w:br/>
        <w:t xml:space="preserve">   - zgodę na publikację pracy oraz </w:t>
      </w:r>
      <w:proofErr w:type="spellStart"/>
      <w:r>
        <w:t>imienia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nazwiska</w:t>
      </w:r>
      <w:proofErr w:type="spellEnd"/>
      <w:r>
        <w:t xml:space="preserve"> </w:t>
      </w:r>
      <w:proofErr w:type="spellStart"/>
      <w:r>
        <w:t>autora</w:t>
      </w:r>
      <w:proofErr w:type="spellEnd"/>
      <w:r>
        <w:t xml:space="preserve"> w </w:t>
      </w:r>
      <w:proofErr w:type="spellStart"/>
      <w:r>
        <w:t>materiałach</w:t>
      </w:r>
      <w:proofErr w:type="spellEnd"/>
      <w:r>
        <w:t xml:space="preserve"> </w:t>
      </w:r>
      <w:proofErr w:type="spellStart"/>
      <w:r>
        <w:t>promocyjnych</w:t>
      </w:r>
      <w:proofErr w:type="spellEnd"/>
      <w:r>
        <w:t xml:space="preserve"> </w:t>
      </w:r>
      <w:proofErr w:type="spellStart"/>
      <w:r>
        <w:t>Organizatora</w:t>
      </w:r>
      <w:proofErr w:type="spellEnd"/>
      <w:r>
        <w:t xml:space="preserve"> (</w:t>
      </w:r>
      <w:proofErr w:type="spellStart"/>
      <w:r>
        <w:t>strona</w:t>
      </w:r>
      <w:proofErr w:type="spellEnd"/>
      <w:r>
        <w:t xml:space="preserve"> </w:t>
      </w:r>
      <w:proofErr w:type="spellStart"/>
      <w:r>
        <w:t>internetowa</w:t>
      </w:r>
      <w:proofErr w:type="spellEnd"/>
      <w:r>
        <w:t xml:space="preserve">, media </w:t>
      </w:r>
      <w:proofErr w:type="spellStart"/>
      <w:r>
        <w:t>społecznościowe</w:t>
      </w:r>
      <w:proofErr w:type="spellEnd"/>
      <w:r>
        <w:t>).</w:t>
      </w:r>
      <w:r w:rsidR="005E31B5">
        <w:t xml:space="preserve"> </w:t>
      </w:r>
      <w:r>
        <w:br/>
        <w:t>2. Administratorem danych osobowych jest Miejsko-Gminne Koło Wędkarskie Nr 10 w Górze Kalwarii. Dane będą przetwarzane wyłącznie na potrzeby organizacji Konkursu.</w:t>
      </w:r>
    </w:p>
    <w:p w14:paraId="68160C03" w14:textId="77777777" w:rsidR="00301B4D" w:rsidRDefault="00000000" w:rsidP="002D7928">
      <w:pPr>
        <w:pStyle w:val="Nagwek3"/>
        <w:jc w:val="center"/>
      </w:pPr>
      <w:r>
        <w:t>IX. POSTANOWIENIA KOŃCOWE</w:t>
      </w:r>
    </w:p>
    <w:p w14:paraId="30D7C2DB" w14:textId="77777777" w:rsidR="00301B4D" w:rsidRDefault="00000000" w:rsidP="002D7928">
      <w:r>
        <w:t>1. Zgłoszone prace przechodzą na własność Organizatora.</w:t>
      </w:r>
      <w:r>
        <w:br/>
        <w:t>2. Organizator zastrzega sobie prawo do zmiany warunków Regulaminu w przypadku zaistnienia nieprzewidzianych okoliczności.</w:t>
      </w:r>
      <w:r>
        <w:br/>
        <w:t>3. Wszelkie kwestie sporne rozstrzyga Organizator.</w:t>
      </w:r>
    </w:p>
    <w:p w14:paraId="605B1762" w14:textId="77777777" w:rsidR="00301B4D" w:rsidRDefault="00000000">
      <w:pPr>
        <w:pStyle w:val="Cytatintensywny"/>
      </w:pPr>
      <w:r>
        <w:t>Serdecznie zapraszamy do udziału w Konkursie!</w:t>
      </w:r>
    </w:p>
    <w:p w14:paraId="219D03EA" w14:textId="77777777" w:rsidR="00301B4D" w:rsidRDefault="00000000">
      <w:r>
        <w:t>Zarząd Koła Nr 10 w Górze Kalwarii</w:t>
      </w:r>
    </w:p>
    <w:sectPr w:rsidR="00301B4D" w:rsidSect="00034616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F89CF" w14:textId="77777777" w:rsidR="004E47C7" w:rsidRDefault="004E47C7" w:rsidP="008F6569">
      <w:pPr>
        <w:spacing w:after="0" w:line="240" w:lineRule="auto"/>
      </w:pPr>
      <w:r>
        <w:separator/>
      </w:r>
    </w:p>
  </w:endnote>
  <w:endnote w:type="continuationSeparator" w:id="0">
    <w:p w14:paraId="7071FE13" w14:textId="77777777" w:rsidR="004E47C7" w:rsidRDefault="004E47C7" w:rsidP="008F6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49250" w14:textId="77777777" w:rsidR="008F6569" w:rsidRDefault="008F6569">
    <w:pPr>
      <w:pStyle w:val="Stopka"/>
      <w:rPr>
        <w:color w:val="4F81BD" w:themeColor="accent1"/>
        <w:lang w:val="pl-PL"/>
      </w:rPr>
    </w:pPr>
  </w:p>
  <w:p w14:paraId="1D00881A" w14:textId="42ACECC8" w:rsidR="008F6569" w:rsidRDefault="008F6569">
    <w:pPr>
      <w:pStyle w:val="Stopka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C34D90" wp14:editId="23833F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3784F34" id="Prostokąt 77" o:spid="_x0000_s1026" style="position:absolute;margin-left:0;margin-top:0;width:579.9pt;height:750.3pt;z-index:25165875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pl-PL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pl-PL"/>
      </w:rPr>
      <w:t xml:space="preserve">str.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color w:val="4F81BD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pl-PL"/>
      </w:rPr>
      <w:t>2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9A536" w14:textId="77777777" w:rsidR="004E47C7" w:rsidRDefault="004E47C7" w:rsidP="008F6569">
      <w:pPr>
        <w:spacing w:after="0" w:line="240" w:lineRule="auto"/>
      </w:pPr>
      <w:r>
        <w:separator/>
      </w:r>
    </w:p>
  </w:footnote>
  <w:footnote w:type="continuationSeparator" w:id="0">
    <w:p w14:paraId="5BD2F1CB" w14:textId="77777777" w:rsidR="004E47C7" w:rsidRDefault="004E47C7" w:rsidP="008F6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25050027">
    <w:abstractNumId w:val="8"/>
  </w:num>
  <w:num w:numId="2" w16cid:durableId="211773944">
    <w:abstractNumId w:val="6"/>
  </w:num>
  <w:num w:numId="3" w16cid:durableId="402459364">
    <w:abstractNumId w:val="5"/>
  </w:num>
  <w:num w:numId="4" w16cid:durableId="1517888800">
    <w:abstractNumId w:val="4"/>
  </w:num>
  <w:num w:numId="5" w16cid:durableId="1819303178">
    <w:abstractNumId w:val="7"/>
  </w:num>
  <w:num w:numId="6" w16cid:durableId="1205025626">
    <w:abstractNumId w:val="3"/>
  </w:num>
  <w:num w:numId="7" w16cid:durableId="1057237733">
    <w:abstractNumId w:val="2"/>
  </w:num>
  <w:num w:numId="8" w16cid:durableId="911155869">
    <w:abstractNumId w:val="1"/>
  </w:num>
  <w:num w:numId="9" w16cid:durableId="1600215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3A6F"/>
    <w:rsid w:val="00055E97"/>
    <w:rsid w:val="0006063C"/>
    <w:rsid w:val="0015074B"/>
    <w:rsid w:val="00241E42"/>
    <w:rsid w:val="0029639D"/>
    <w:rsid w:val="002D7928"/>
    <w:rsid w:val="00301B4D"/>
    <w:rsid w:val="00326F90"/>
    <w:rsid w:val="00363DBB"/>
    <w:rsid w:val="004E47C7"/>
    <w:rsid w:val="00566689"/>
    <w:rsid w:val="005C7AAD"/>
    <w:rsid w:val="005E31B5"/>
    <w:rsid w:val="005E4C30"/>
    <w:rsid w:val="006059BD"/>
    <w:rsid w:val="006E3174"/>
    <w:rsid w:val="007B4460"/>
    <w:rsid w:val="00813926"/>
    <w:rsid w:val="00860BCB"/>
    <w:rsid w:val="008F6569"/>
    <w:rsid w:val="00A67B13"/>
    <w:rsid w:val="00AA0073"/>
    <w:rsid w:val="00AA1D8D"/>
    <w:rsid w:val="00B42CA2"/>
    <w:rsid w:val="00B47730"/>
    <w:rsid w:val="00B5729E"/>
    <w:rsid w:val="00CB0664"/>
    <w:rsid w:val="00FC693F"/>
    <w:rsid w:val="00FE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8010AD"/>
  <w14:defaultImageDpi w14:val="330"/>
  <w15:docId w15:val="{277D45D9-DB3B-4374-84C1-61B38CEE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2895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Adrian Szywala</cp:lastModifiedBy>
  <cp:revision>18</cp:revision>
  <cp:lastPrinted>2024-11-27T11:17:00Z</cp:lastPrinted>
  <dcterms:created xsi:type="dcterms:W3CDTF">2013-12-23T23:15:00Z</dcterms:created>
  <dcterms:modified xsi:type="dcterms:W3CDTF">2024-11-28T14:20:00Z</dcterms:modified>
  <cp:category/>
</cp:coreProperties>
</file>